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Erwartungshorizont [Fach, Kurs]</w:t>
      </w:r>
    </w:p>
    <w:p>
      <w:r>
        <w:t>Name/Kürzel: ____________________________________</w:t>
      </w:r>
    </w:p>
    <w:p>
      <w:r>
        <w:rPr>
          <w:b/>
          <w:sz w:val="26"/>
        </w:rPr>
        <w:t>Aufgabe 1 ([40] %)</w:t>
      </w:r>
    </w:p>
    <w:p>
      <w:r>
        <w:t>☐ vollständig erfüllt   ☐ teilweise erfüllt   ☐ nicht erfüllt</w:t>
      </w:r>
    </w:p>
    <w:p>
      <w:r>
        <w:rPr>
          <w:b/>
        </w:rPr>
        <w:t>Kompetenzbezug: [Operator, z. B. Summarize]</w:t>
      </w:r>
    </w:p>
    <w:p>
      <w:pPr>
        <w:pStyle w:val="ListBullet"/>
      </w:pPr>
      <w:r>
        <w:t>Der Text ist zusammenhängend und klar strukturiert verfasst. (2 Punkte)</w:t>
      </w:r>
    </w:p>
    <w:p>
      <w:pPr>
        <w:pStyle w:val="ListBullet"/>
      </w:pPr>
      <w:r>
        <w:t>Formulierung inhaltlich distanziert und in eigenen Worten. (2 Punkte)</w:t>
      </w:r>
    </w:p>
    <w:p>
      <w:pPr>
        <w:pStyle w:val="ListBullet"/>
      </w:pPr>
      <w:r>
        <w:t>Zielführende Einleitung mit Autor, Titel, Quelle, Erscheinungsjahr und Ausblick auf den Inhalt. (2 Punkte)</w:t>
      </w:r>
    </w:p>
    <w:p>
      <w:pPr>
        <w:pStyle w:val="ListBullet"/>
      </w:pPr>
      <w:r>
        <w:t>Keine Zitate, keine Quellenangaben. (2 Punkte)</w:t>
      </w:r>
    </w:p>
    <w:p>
      <w:r>
        <w:rPr>
          <w:b/>
        </w:rPr>
        <w:t>Inhaltliche Aspekte (Auswahl)</w:t>
      </w:r>
    </w:p>
    <w:p>
      <w:pPr>
        <w:pStyle w:val="ListBullet"/>
      </w:pPr>
      <w:r>
        <w:t>[Inhaltlicher Aspekt 1, prüfbar formuliert, mit Beleg im Material] (2 Punkte)</w:t>
      </w:r>
    </w:p>
    <w:p>
      <w:pPr>
        <w:pStyle w:val="ListBullet"/>
      </w:pPr>
      <w:r>
        <w:t>[Inhaltlicher Aspekt 2] (2 Punkte)</w:t>
      </w:r>
    </w:p>
    <w:p>
      <w:pPr>
        <w:pStyle w:val="ListBullet"/>
      </w:pPr>
      <w:r>
        <w:t>[Inhaltlicher Aspekt 3] (2 Punkte)</w:t>
      </w:r>
    </w:p>
    <w:p>
      <w:pPr>
        <w:pStyle w:val="ListBullet"/>
      </w:pPr>
      <w:r>
        <w:t>[…] (2 Punkte)</w:t>
      </w:r>
    </w:p>
    <w:p>
      <w:pPr>
        <w:jc w:val="right"/>
      </w:pPr>
      <w:r>
        <w:t>BE insgesamt: ____ / [Summe]</w:t>
      </w:r>
    </w:p>
    <w:p>
      <w:r>
        <w:rPr>
          <w:b/>
          <w:sz w:val="26"/>
        </w:rPr>
        <w:t>Aufgabe 2 ([60] %)</w:t>
      </w:r>
    </w:p>
    <w:p>
      <w:r>
        <w:t>☐ vollständig erfüllt   ☐ teilweise erfüllt   ☐ nicht erfüllt</w:t>
      </w:r>
    </w:p>
    <w:p>
      <w:r>
        <w:rPr>
          <w:b/>
        </w:rPr>
        <w:t>Kompetenzbezug: [Operator, z. B. Comment]</w:t>
      </w:r>
    </w:p>
    <w:p>
      <w:pPr>
        <w:pStyle w:val="ListBullet"/>
      </w:pPr>
      <w:r>
        <w:t>Der Text ist zusammenhängend und klar strukturiert verfasst. (2 Punkte)</w:t>
      </w:r>
    </w:p>
    <w:p>
      <w:pPr>
        <w:pStyle w:val="ListBullet"/>
      </w:pPr>
      <w:r>
        <w:t>Formulierung inhaltlich distanziert und in eigenen Worten. (2 Punkte)</w:t>
      </w:r>
    </w:p>
    <w:p>
      <w:pPr>
        <w:pStyle w:val="ListBullet"/>
      </w:pPr>
      <w:r>
        <w:t>Position wird deutlich und mit geeigneten Argumenten untermauert. (6 Punkte)</w:t>
      </w:r>
    </w:p>
    <w:p>
      <w:pPr>
        <w:pStyle w:val="ListBullet"/>
      </w:pPr>
      <w:r>
        <w:t>Zielführende Einleitung mit allen relevanten Quelleninformationen. (2 Punkte)</w:t>
      </w:r>
    </w:p>
    <w:p>
      <w:pPr>
        <w:pStyle w:val="ListBullet"/>
      </w:pPr>
      <w:r>
        <w:t>Fazit fasst die zentralen Ergebnisse zusammen und macht die Position abschließend deutlich. (2 Punkte)</w:t>
      </w:r>
    </w:p>
    <w:p>
      <w:r>
        <w:rPr>
          <w:b/>
        </w:rPr>
        <w:t>Inhaltliche Aspekte (Auswahl)</w:t>
      </w:r>
    </w:p>
    <w:p>
      <w:pPr>
        <w:pStyle w:val="ListBullet"/>
      </w:pPr>
      <w:r>
        <w:t>Klare Position: [Frage der Aufgabe] – ja, nein, teilweise. (2 Punkte)</w:t>
      </w:r>
    </w:p>
    <w:p>
      <w:pPr>
        <w:pStyle w:val="ListBullet"/>
      </w:pPr>
      <w:r>
        <w:t>Argument 1 mit Beleg aus dem Material: [Beleg]. (2 Punkte)</w:t>
      </w:r>
    </w:p>
    <w:p>
      <w:pPr>
        <w:pStyle w:val="ListBullet"/>
      </w:pPr>
      <w:r>
        <w:t>Argument 2 mit Beleg aus dem Material: [Beleg]. (2 Punkte)</w:t>
      </w:r>
    </w:p>
    <w:p>
      <w:pPr>
        <w:pStyle w:val="ListBullet"/>
      </w:pPr>
      <w:r>
        <w:t>Gegenargument oder Grenze: [Beleg]. (2 Punkte)</w:t>
      </w:r>
    </w:p>
    <w:p>
      <w:pPr>
        <w:pStyle w:val="ListBullet"/>
      </w:pPr>
      <w:r>
        <w:t>[Schlüsselkonzept verstanden, z. B. Metapher/Begriff der Aufgabe]. (3 Punkte)</w:t>
      </w:r>
    </w:p>
    <w:p>
      <w:pPr>
        <w:pStyle w:val="ListBullet"/>
      </w:pPr>
      <w:r>
        <w:t>Belege statt Nacherzählung. (3 Punkte)</w:t>
      </w:r>
    </w:p>
    <w:p>
      <w:pPr>
        <w:jc w:val="right"/>
      </w:pPr>
      <w:r>
        <w:t>BE insgesamt: ____ / [Summe]</w:t>
      </w:r>
    </w:p>
    <w:p>
      <w:r>
        <w:rPr>
          <w:b/>
          <w:sz w:val="26"/>
        </w:rPr>
        <w:t>Sprachliche Leistung (60 %)</w:t>
      </w:r>
    </w:p>
    <w:p>
      <w:r>
        <w:t>Wird mit dem Sprachraster bewertet: Wortschatz, Satzbau (Komplexität, Variation), Verknüpfungen, Aussageabsicht, Sprachrichtigkeit, Gesamteindruck. Gesamtpunkte Sprache: ____</w:t>
      </w:r>
    </w:p>
    <w:p>
      <w:r>
        <w:rPr>
          <w:b/>
        </w:rPr>
        <w:t>Kommentare und Hinweise</w:t>
      </w:r>
    </w:p>
    <w:p>
      <w:r>
        <w:t>_____________________________________________________________________</w:t>
      </w:r>
    </w:p>
    <w:p>
      <w:r>
        <w:rPr>
          <w:i/>
        </w:rPr>
        <w:t>Hinweis: Die KI schlägt Punkte vor. Die Note vergibt die Lehrkraft.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